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94" w:type="dxa"/>
        <w:jc w:val="center"/>
        <w:tblInd w:w="0" w:type="dxa"/>
        <w:tblLayout w:type="fixed"/>
        <w:tblCellMar>
          <w:top w:w="0" w:type="dxa"/>
          <w:start w:w="40" w:type="dxa"/>
          <w:bottom w:w="0" w:type="dxa"/>
          <w:end w:w="40" w:type="dxa"/>
        </w:tblCellMar>
        <w:tblLook w:val="04a0" w:firstRow="1" w:noVBand="1" w:lastRow="0" w:firstColumn="1" w:lastColumn="0" w:noHBand="0"/>
      </w:tblPr>
      <w:tblGrid>
        <w:gridCol w:w="2551"/>
        <w:gridCol w:w="7143"/>
      </w:tblGrid>
      <w:tr>
        <w:trPr/>
        <w:tc>
          <w:tcPr>
            <w:tcW w:w="2551" w:type="dxa"/>
            <w:tcBorders/>
            <w:vAlign w:val="center"/>
          </w:tcPr>
          <w:p>
            <w:pPr>
              <w:pStyle w:val="Normal"/>
              <w:spacing w:before="0" w:after="80"/>
              <w:jc w:val="center"/>
              <w:rPr/>
            </w:pPr>
            <w:r>
              <w:rPr/>
              <w:drawing>
                <wp:inline distT="0" distB="0" distL="0" distR="0">
                  <wp:extent cx="1589405" cy="158940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405" cy="1589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3" w:type="dxa"/>
            <w:tcBorders/>
            <w:vAlign w:val="center"/>
          </w:tcPr>
          <w:p>
            <w:pPr>
              <w:pStyle w:val="Normal"/>
              <w:spacing w:before="0" w:after="80"/>
              <w:jc w:val="start"/>
              <w:rPr/>
            </w:pPr>
            <w:r>
              <w:rPr>
                <w:b/>
                <w:color w:val="191919"/>
                <w:sz w:val="30"/>
              </w:rPr>
              <w:t>RADOSTNÁ RODINA, z. s.</w:t>
            </w:r>
            <w:r>
              <w:rPr>
                <w:b/>
                <w:sz w:val="19"/>
              </w:rPr>
              <w:br/>
              <w:t>Dětská skupina Klíček k radosti</w:t>
            </w:r>
            <w:r>
              <w:rPr>
                <w:sz w:val="19"/>
              </w:rPr>
              <w:br/>
              <w:t>Hlavní 153/88, 691 06 Velké Pavlovice</w:t>
              <w:br/>
              <w:t>IČO 05701341 | radostnarodina@gmail.com | +420 773 085 163</w:t>
              <w:br/>
              <w:t>Datová schránka: svrapdh</w:t>
            </w:r>
            <w:r>
              <w:rPr>
                <w:color w:val="6E6E6E"/>
                <w:sz w:val="18"/>
              </w:rPr>
              <w:br/>
              <w:t>Evidenční list dítěte a oprávněné osoby</w:t>
            </w:r>
          </w:p>
        </w:tc>
      </w:tr>
    </w:tbl>
    <w:p>
      <w:pPr>
        <w:pStyle w:val="Normal"/>
        <w:pBdr>
          <w:bottom w:val="single" w:sz="18" w:space="1" w:color="C5162E"/>
        </w:pBdr>
        <w:spacing w:before="20" w:after="140"/>
        <w:rPr/>
      </w:pPr>
      <w:r>
        <w:rPr/>
      </w:r>
    </w:p>
    <w:p>
      <w:pPr>
        <w:pStyle w:val="Normal"/>
        <w:spacing w:before="0" w:after="60"/>
        <w:jc w:val="center"/>
        <w:rPr/>
      </w:pPr>
      <w:r>
        <w:rPr>
          <w:b/>
          <w:color w:val="191919"/>
          <w:sz w:val="32"/>
        </w:rPr>
        <w:t>EVIDENČNÍ LIST DÍTĚTE</w:t>
      </w:r>
    </w:p>
    <w:p>
      <w:pPr>
        <w:pStyle w:val="Normal"/>
        <w:spacing w:before="0" w:after="180"/>
        <w:jc w:val="center"/>
        <w:rPr/>
      </w:pPr>
      <w:r>
        <w:rPr>
          <w:color w:val="5A5A5A"/>
          <w:sz w:val="20"/>
        </w:rPr>
        <w:t>Dětská skupina Klíček k radosti</w:t>
      </w:r>
    </w:p>
    <w:p>
      <w:pPr>
        <w:pStyle w:val="Heading1"/>
        <w:pBdr>
          <w:left w:val="single" w:sz="18" w:space="6" w:color="C5162E"/>
        </w:pBdr>
        <w:rPr/>
      </w:pPr>
      <w:r>
        <w:rPr/>
        <w:t>1. ÚDAJE O DÍTĚTI</w:t>
      </w:r>
    </w:p>
    <w:tbl>
      <w:tblPr>
        <w:tblW w:w="10036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  <w:tblLook w:val="04a0" w:firstRow="1" w:noVBand="1" w:lastRow="0" w:firstColumn="1" w:lastColumn="0" w:noHBand="0"/>
      </w:tblPr>
      <w:tblGrid>
        <w:gridCol w:w="5018"/>
        <w:gridCol w:w="5018"/>
      </w:tblGrid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Příjmení a jméno dítěte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Rodné číslo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Datum a místo narození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Státní občanství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Mateřský jazyk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Adresa trvalého pobytu / místa pobytu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Zdravotní pojišťovna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rPr>
                <w:rFonts w:ascii="Arial" w:hAnsi="Arial"/>
                <w:sz w:val="18"/>
              </w:rPr>
            </w:pPr>
            <w:r>
              <w:rPr>
                <w:sz w:val="18"/>
              </w:rPr>
              <w:t>Telefonní kontakt</w:t>
            </w:r>
            <w:r>
              <w:rPr>
                <w:sz w:val="18"/>
              </w:rPr>
              <w:t>y</w:t>
            </w:r>
            <w:r>
              <w:rPr>
                <w:sz w:val="18"/>
              </w:rPr>
              <w:t xml:space="preserve"> pro naléhavé situace</w:t>
            </w:r>
          </w:p>
          <w:p>
            <w:pPr>
              <w:pStyle w:val="Normal"/>
              <w:spacing w:before="0" w:after="80"/>
              <w:rPr>
                <w:rFonts w:ascii="Arial" w:hAnsi="Arial"/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</w:tbl>
    <w:p>
      <w:pPr>
        <w:pStyle w:val="Heading1"/>
        <w:pBdr>
          <w:left w:val="single" w:sz="18" w:space="6" w:color="C5162E"/>
        </w:pBdr>
        <w:rPr/>
      </w:pPr>
      <w:r>
        <w:rPr/>
        <w:t>2. ÚDAJE O RODINĚ</w:t>
      </w:r>
    </w:p>
    <w:p>
      <w:pPr>
        <w:pStyle w:val="Normal"/>
        <w:rPr/>
      </w:pPr>
      <w:r>
        <w:rPr>
          <w:b/>
        </w:rPr>
        <w:t>Zákonný zástupce 1</w:t>
      </w:r>
    </w:p>
    <w:tbl>
      <w:tblPr>
        <w:tblW w:w="10036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  <w:tblLook w:val="04a0" w:firstRow="1" w:noVBand="1" w:lastRow="0" w:firstColumn="1" w:lastColumn="0" w:noHBand="0"/>
      </w:tblPr>
      <w:tblGrid>
        <w:gridCol w:w="5018"/>
        <w:gridCol w:w="5018"/>
      </w:tblGrid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Jméno, příjmení, titul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Trvalé bydliště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Adresa pro doručování (je-li jiná)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Telefon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E-mail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>
          <w:b/>
        </w:rPr>
        <w:t>Zákonný zástupce 2</w:t>
      </w:r>
    </w:p>
    <w:tbl>
      <w:tblPr>
        <w:tblW w:w="10036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  <w:tblLook w:val="04a0" w:firstRow="1" w:noVBand="1" w:lastRow="0" w:firstColumn="1" w:lastColumn="0" w:noHBand="0"/>
      </w:tblPr>
      <w:tblGrid>
        <w:gridCol w:w="5018"/>
        <w:gridCol w:w="5018"/>
      </w:tblGrid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Jméno, příjmení, titul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Trvalé bydliště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Adresa pro doručování (je-li jiná)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Telefon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E-mail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</w:tbl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  <w:t>Sourozenci</w:t>
      </w:r>
    </w:p>
    <w:tbl>
      <w:tblPr>
        <w:tblW w:w="10035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  <w:tblLook w:val="04a0" w:firstRow="1" w:noVBand="1" w:lastRow="0" w:firstColumn="1" w:lastColumn="0" w:noHBand="0"/>
      </w:tblPr>
      <w:tblGrid>
        <w:gridCol w:w="3345"/>
        <w:gridCol w:w="3345"/>
        <w:gridCol w:w="3345"/>
      </w:tblGrid>
      <w:tr>
        <w:trPr>
          <w:tblHeader w:val="true"/>
        </w:trPr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  <w:shd w:fill="F3F3F3" w:val="clear"/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b/>
                <w:sz w:val="19"/>
              </w:rPr>
              <w:t>Jméno a příjmení</w:t>
            </w:r>
          </w:p>
        </w:tc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  <w:shd w:fill="F3F3F3" w:val="clear"/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b/>
                <w:sz w:val="19"/>
              </w:rPr>
              <w:t>Datum narození</w:t>
            </w:r>
          </w:p>
        </w:tc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  <w:shd w:fill="F3F3F3" w:val="clear"/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b/>
                <w:sz w:val="19"/>
              </w:rPr>
              <w:t>Poznámka</w:t>
            </w:r>
          </w:p>
        </w:tc>
      </w:tr>
      <w:tr>
        <w:trPr/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  <w:t>Je-li pro péči o dítě důležité rozhodnutí soudu nebo jiné omezení při předávání dítěte, uveďte jen údaje nezbytné pro bezpečné předávání:</w:t>
      </w:r>
    </w:p>
    <w:tbl>
      <w:tblPr>
        <w:tblW w:w="10036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  <w:tblLook w:val="04a0" w:firstRow="1" w:noVBand="1" w:lastRow="0" w:firstColumn="1" w:lastColumn="0" w:noHBand="0"/>
      </w:tblPr>
      <w:tblGrid>
        <w:gridCol w:w="5018"/>
        <w:gridCol w:w="5018"/>
      </w:tblGrid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Číslo / datum rozhodnutí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Dítě svěřeno do péče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Důležité omezení nebo informace k předávání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</w:tbl>
    <w:p>
      <w:pPr>
        <w:pStyle w:val="Heading1"/>
        <w:pBdr>
          <w:left w:val="single" w:sz="18" w:space="6" w:color="C5162E"/>
        </w:pBdr>
        <w:rPr/>
      </w:pPr>
      <w:r>
        <w:rPr/>
        <w:t>3. ZDRAVOTNÍ A DALŠÍ DŮLEŽITÉ INFORMACE</w:t>
      </w:r>
    </w:p>
    <w:tbl>
      <w:tblPr>
        <w:tblW w:w="10036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  <w:tblLook w:val="04a0" w:firstRow="1" w:noVBand="1" w:lastRow="0" w:firstColumn="1" w:lastColumn="0" w:noHBand="0"/>
      </w:tblPr>
      <w:tblGrid>
        <w:gridCol w:w="5018"/>
        <w:gridCol w:w="5018"/>
      </w:tblGrid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Alergie / intolerance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Chronické onemocnění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Dlouhodobě užívané léky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Dietní nebo jiný zvláštní režim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Specifické potřeby / doporučení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Zvláštnosti při spánku a odpočinku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Další důležité sdělení rodiče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  <w:t>Beru na vědomí svou povinnost bez zbytečného odkladu oznamovat dětské skupině změny zdravotního stavu dítěte a dalších údajů důležitých pro bezpečnou péči a zákonnou evidenci.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 ______________________________ dne 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003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018"/>
        <w:gridCol w:w="5018"/>
      </w:tblGrid>
      <w:tr>
        <w:trPr/>
        <w:tc>
          <w:tcPr>
            <w:tcW w:w="5018" w:type="dxa"/>
            <w:tcBorders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8"/>
              </w:rPr>
              <w:br/>
              <w:t>_______________________________</w:t>
            </w:r>
          </w:p>
        </w:tc>
        <w:tc>
          <w:tcPr>
            <w:tcW w:w="5018" w:type="dxa"/>
            <w:tcBorders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8"/>
              </w:rPr>
              <w:br/>
              <w:t>_______________________________</w:t>
            </w:r>
          </w:p>
        </w:tc>
      </w:tr>
      <w:tr>
        <w:trPr/>
        <w:tc>
          <w:tcPr>
            <w:tcW w:w="5018" w:type="dxa"/>
            <w:tcBorders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8"/>
              </w:rPr>
              <w:t>Zákonný zástupce dítěte</w:t>
            </w:r>
          </w:p>
        </w:tc>
        <w:tc>
          <w:tcPr>
            <w:tcW w:w="5018" w:type="dxa"/>
            <w:tcBorders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8"/>
              </w:rPr>
              <w:t>Za Radostnou rodinu, z. s.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9694" w:type="dxa"/>
        <w:jc w:val="center"/>
        <w:tblInd w:w="0" w:type="dxa"/>
        <w:tblLayout w:type="fixed"/>
        <w:tblCellMar>
          <w:top w:w="0" w:type="dxa"/>
          <w:start w:w="40" w:type="dxa"/>
          <w:bottom w:w="0" w:type="dxa"/>
          <w:end w:w="40" w:type="dxa"/>
        </w:tblCellMar>
        <w:tblLook w:val="04a0" w:firstRow="1" w:noVBand="1" w:lastRow="0" w:firstColumn="1" w:lastColumn="0" w:noHBand="0"/>
      </w:tblPr>
      <w:tblGrid>
        <w:gridCol w:w="2551"/>
        <w:gridCol w:w="7143"/>
      </w:tblGrid>
      <w:tr>
        <w:trPr/>
        <w:tc>
          <w:tcPr>
            <w:tcW w:w="2551" w:type="dxa"/>
            <w:tcBorders/>
            <w:vAlign w:val="center"/>
          </w:tcPr>
          <w:p>
            <w:pPr>
              <w:pStyle w:val="Normal"/>
              <w:pageBreakBefore/>
              <w:spacing w:before="0" w:after="80"/>
              <w:jc w:val="center"/>
              <w:rPr/>
            </w:pPr>
            <w:r>
              <w:rPr/>
              <w:drawing>
                <wp:inline distT="0" distB="0" distL="0" distR="0">
                  <wp:extent cx="1151890" cy="115189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1151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3" w:type="dxa"/>
            <w:tcBorders/>
            <w:vAlign w:val="center"/>
          </w:tcPr>
          <w:p>
            <w:pPr>
              <w:pStyle w:val="Normal"/>
              <w:spacing w:before="0" w:after="80"/>
              <w:jc w:val="start"/>
              <w:rPr/>
            </w:pPr>
            <w:r>
              <w:rPr>
                <w:b/>
                <w:color w:val="191919"/>
                <w:sz w:val="30"/>
              </w:rPr>
              <w:t>RADOSTNÁ RODINA, z. s.</w:t>
            </w:r>
            <w:r>
              <w:rPr>
                <w:b/>
                <w:sz w:val="19"/>
              </w:rPr>
              <w:br/>
              <w:t>Dětská skupina Klíček k radosti</w:t>
            </w:r>
            <w:r>
              <w:rPr>
                <w:sz w:val="19"/>
              </w:rPr>
              <w:br/>
              <w:t>Hlavní 153/88, 691 06 Velké Pavlovice</w:t>
              <w:br/>
              <w:t>IČO 05701341 | radostnarodina@gmail.com | +420 773 085 163</w:t>
              <w:br/>
              <w:t>Datová schránka: svrapdh</w:t>
            </w:r>
            <w:r>
              <w:rPr>
                <w:color w:val="6E6E6E"/>
                <w:sz w:val="18"/>
              </w:rPr>
              <w:br/>
              <w:t>Vyjádření dětského lékaře</w:t>
            </w:r>
          </w:p>
        </w:tc>
      </w:tr>
    </w:tbl>
    <w:p>
      <w:pPr>
        <w:pStyle w:val="Normal"/>
        <w:pBdr>
          <w:bottom w:val="single" w:sz="18" w:space="1" w:color="C5162E"/>
        </w:pBdr>
        <w:spacing w:before="20" w:after="140"/>
        <w:rPr/>
      </w:pPr>
      <w:r>
        <w:rPr/>
      </w:r>
    </w:p>
    <w:p>
      <w:pPr>
        <w:pStyle w:val="Normal"/>
        <w:spacing w:before="0" w:after="60"/>
        <w:jc w:val="center"/>
        <w:rPr/>
      </w:pPr>
      <w:r>
        <w:rPr>
          <w:b/>
          <w:color w:val="191919"/>
          <w:sz w:val="32"/>
        </w:rPr>
        <w:t>VYJÁDŘENÍ DĚTSKÉHO LÉKAŘE</w:t>
      </w:r>
    </w:p>
    <w:tbl>
      <w:tblPr>
        <w:tblW w:w="10036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  <w:tblLook w:val="04a0" w:firstRow="1" w:noVBand="1" w:lastRow="0" w:firstColumn="1" w:lastColumn="0" w:noHBand="0"/>
      </w:tblPr>
      <w:tblGrid>
        <w:gridCol w:w="5018"/>
        <w:gridCol w:w="5018"/>
      </w:tblGrid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Jméno a příjmení dítěte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Datum narození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  <w:t>Prosíme lékaře o vyjádření v rozsahu potřebném pro přijetí dítěte do dětské skupiny a bezpečné poskytování péče.</w:t>
      </w:r>
    </w:p>
    <w:tbl>
      <w:tblPr>
        <w:tblW w:w="10036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  <w:tblLook w:val="04a0" w:firstRow="1" w:noVBand="1" w:lastRow="0" w:firstColumn="1" w:lastColumn="0" w:noHBand="0"/>
      </w:tblPr>
      <w:tblGrid>
        <w:gridCol w:w="5018"/>
        <w:gridCol w:w="5018"/>
      </w:tblGrid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Dítě je zdravotně způsobilé k pobytu v dětské skupině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ANO / NE / s omezením: ______________________________</w:t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Dítě vyžaduje speciální péči v oblasti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zdravotní / tělesné / smyslové / jiné: __________________________</w:t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Jiná závažná sdělení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Dítě splňuje požadavky na očkování podle platných právních předpisů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ANO / NE / zákonná výjimka</w:t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Alergie / omezení důležitá pro pobyt v kolektivu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Možnost účastnit se běžných akcí DS (vycházky, výlety, sportovní aktivity)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bez omezení / s omezením: ______________________________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 ______________________________ dne ______________________________</w:t>
      </w:r>
    </w:p>
    <w:p>
      <w:pPr>
        <w:pStyle w:val="Normal"/>
        <w:rPr/>
      </w:pPr>
      <w:r>
        <w:rPr/>
        <w:b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Razítko a podpis lékaře: ______________________________________________</w:t>
      </w:r>
    </w:p>
    <w:p>
      <w:pPr>
        <w:pStyle w:val="Normal"/>
        <w:rPr/>
      </w:pPr>
      <w:r>
        <w:rPr/>
      </w:r>
      <w:r>
        <w:br w:type="page"/>
      </w:r>
    </w:p>
    <w:tbl>
      <w:tblPr>
        <w:tblW w:w="9694" w:type="dxa"/>
        <w:jc w:val="center"/>
        <w:tblInd w:w="0" w:type="dxa"/>
        <w:tblLayout w:type="fixed"/>
        <w:tblCellMar>
          <w:top w:w="0" w:type="dxa"/>
          <w:start w:w="40" w:type="dxa"/>
          <w:bottom w:w="0" w:type="dxa"/>
          <w:end w:w="40" w:type="dxa"/>
        </w:tblCellMar>
        <w:tblLook w:val="04a0" w:firstRow="1" w:noVBand="1" w:lastRow="0" w:firstColumn="1" w:lastColumn="0" w:noHBand="0"/>
      </w:tblPr>
      <w:tblGrid>
        <w:gridCol w:w="2551"/>
        <w:gridCol w:w="7143"/>
      </w:tblGrid>
      <w:tr>
        <w:trPr/>
        <w:tc>
          <w:tcPr>
            <w:tcW w:w="2551" w:type="dxa"/>
            <w:tcBorders/>
            <w:vAlign w:val="center"/>
          </w:tcPr>
          <w:p>
            <w:pPr>
              <w:pStyle w:val="Normal"/>
              <w:pageBreakBefore/>
              <w:spacing w:before="0" w:after="80"/>
              <w:jc w:val="center"/>
              <w:rPr/>
            </w:pPr>
            <w:r>
              <w:rPr/>
              <w:drawing>
                <wp:inline distT="0" distB="0" distL="0" distR="0">
                  <wp:extent cx="1151890" cy="115189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1151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3" w:type="dxa"/>
            <w:tcBorders/>
            <w:vAlign w:val="center"/>
          </w:tcPr>
          <w:p>
            <w:pPr>
              <w:pStyle w:val="Normal"/>
              <w:spacing w:before="0" w:after="80"/>
              <w:jc w:val="start"/>
              <w:rPr/>
            </w:pPr>
            <w:r>
              <w:rPr>
                <w:b/>
                <w:color w:val="191919"/>
                <w:sz w:val="30"/>
              </w:rPr>
              <w:t>RADOSTNÁ RODINA, z. s.</w:t>
            </w:r>
            <w:r>
              <w:rPr>
                <w:b/>
                <w:sz w:val="19"/>
              </w:rPr>
              <w:br/>
              <w:t>Dětská skupina Klíček k radosti</w:t>
            </w:r>
            <w:r>
              <w:rPr>
                <w:sz w:val="19"/>
              </w:rPr>
              <w:br/>
              <w:t>Hlavní 153/88, 691 06 Velké Pavlovice</w:t>
              <w:br/>
              <w:t>IČO 05701341 | radostnarodina@gmail.com | +420 773 085 163</w:t>
              <w:br/>
              <w:t>Datová schránka: svrapdh</w:t>
            </w:r>
            <w:r>
              <w:rPr>
                <w:color w:val="6E6E6E"/>
                <w:sz w:val="18"/>
              </w:rPr>
              <w:br/>
              <w:t>Oprávněné osoby k vyzvedávání dítěte</w:t>
            </w:r>
          </w:p>
        </w:tc>
      </w:tr>
    </w:tbl>
    <w:p>
      <w:pPr>
        <w:pStyle w:val="Normal"/>
        <w:pBdr>
          <w:bottom w:val="single" w:sz="18" w:space="1" w:color="C5162E"/>
        </w:pBdr>
        <w:spacing w:before="20" w:after="140"/>
        <w:rPr/>
      </w:pPr>
      <w:r>
        <w:rPr/>
      </w:r>
    </w:p>
    <w:p>
      <w:pPr>
        <w:pStyle w:val="Normal"/>
        <w:spacing w:before="0" w:after="60"/>
        <w:jc w:val="center"/>
        <w:rPr/>
      </w:pPr>
      <w:r>
        <w:rPr>
          <w:b/>
          <w:color w:val="191919"/>
          <w:sz w:val="32"/>
        </w:rPr>
        <w:t>ZMOCNĚNÍ K VYZVEDÁVÁNÍ DÍTĚTE</w:t>
      </w:r>
    </w:p>
    <w:p>
      <w:pPr>
        <w:pStyle w:val="Normal"/>
        <w:rPr/>
      </w:pPr>
      <w:r>
        <w:rPr/>
        <w:t>Já, níže podepsaný/á zákonný zástupce dítěte, zmocňuji níže uvedené osoby k vyzvedávání dítěte z Dětské skupiny Klíček k radosti. Dětská skupina je oprávněna při pochybnosti ověřit totožnost vyzvedávající osoby.</w:t>
      </w:r>
    </w:p>
    <w:tbl>
      <w:tblPr>
        <w:tblW w:w="10035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  <w:tblLook w:val="04a0" w:firstRow="1" w:noVBand="1" w:lastRow="0" w:firstColumn="1" w:lastColumn="0" w:noHBand="0"/>
      </w:tblPr>
      <w:tblGrid>
        <w:gridCol w:w="3345"/>
        <w:gridCol w:w="1672"/>
        <w:gridCol w:w="1673"/>
        <w:gridCol w:w="3345"/>
      </w:tblGrid>
      <w:tr>
        <w:trPr/>
        <w:tc>
          <w:tcPr>
            <w:tcW w:w="5017" w:type="dxa"/>
            <w:gridSpan w:val="2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Jméno dítěte</w:t>
            </w:r>
          </w:p>
        </w:tc>
        <w:tc>
          <w:tcPr>
            <w:tcW w:w="5018" w:type="dxa"/>
            <w:gridSpan w:val="2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7" w:type="dxa"/>
            <w:gridSpan w:val="2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Jméno zákonného zástupce</w:t>
            </w:r>
          </w:p>
        </w:tc>
        <w:tc>
          <w:tcPr>
            <w:tcW w:w="5018" w:type="dxa"/>
            <w:gridSpan w:val="2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  <w:shd w:fill="F3F3F3" w:val="clear"/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b/>
                <w:sz w:val="19"/>
              </w:rPr>
              <w:t>Jméno a příjmení oprávněné osoby</w:t>
            </w:r>
          </w:p>
        </w:tc>
        <w:tc>
          <w:tcPr>
            <w:tcW w:w="3345" w:type="dxa"/>
            <w:gridSpan w:val="2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  <w:shd w:fill="F3F3F3" w:val="clear"/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b/>
                <w:sz w:val="19"/>
              </w:rPr>
              <w:t>Datum narození</w:t>
            </w:r>
          </w:p>
        </w:tc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  <w:shd w:fill="F3F3F3" w:val="clear"/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b/>
                <w:sz w:val="19"/>
              </w:rPr>
              <w:t>Telefon</w:t>
            </w:r>
          </w:p>
        </w:tc>
      </w:tr>
      <w:tr>
        <w:trPr/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  <w:tc>
          <w:tcPr>
            <w:tcW w:w="3345" w:type="dxa"/>
            <w:gridSpan w:val="2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  <w:tc>
          <w:tcPr>
            <w:tcW w:w="3345" w:type="dxa"/>
            <w:gridSpan w:val="2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  <w:tc>
          <w:tcPr>
            <w:tcW w:w="3345" w:type="dxa"/>
            <w:gridSpan w:val="2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  <w:tc>
          <w:tcPr>
            <w:tcW w:w="3345" w:type="dxa"/>
            <w:gridSpan w:val="2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  <w:tc>
          <w:tcPr>
            <w:tcW w:w="3345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Platnost zmocnění:  na dobu neurčitou     do ______________________________</w:t>
      </w:r>
    </w:p>
    <w:p>
      <w:pPr>
        <w:pStyle w:val="Normal"/>
        <w:rPr/>
      </w:pPr>
      <w:r>
        <w:rPr/>
        <w:t>Změny v seznamu oprávněných osob oznámím dětské skupině písemně. Nový podepsaný seznam nahrazuje předchozí znění.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 ______________________________ dne 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003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018"/>
        <w:gridCol w:w="5018"/>
      </w:tblGrid>
      <w:tr>
        <w:trPr/>
        <w:tc>
          <w:tcPr>
            <w:tcW w:w="5018" w:type="dxa"/>
            <w:tcBorders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8"/>
              </w:rPr>
              <w:br/>
              <w:t>_______________________________</w:t>
            </w:r>
          </w:p>
        </w:tc>
        <w:tc>
          <w:tcPr>
            <w:tcW w:w="5018" w:type="dxa"/>
            <w:tcBorders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8"/>
              </w:rPr>
              <w:br/>
              <w:t>_______________________________</w:t>
            </w:r>
          </w:p>
        </w:tc>
      </w:tr>
      <w:tr>
        <w:trPr/>
        <w:tc>
          <w:tcPr>
            <w:tcW w:w="5018" w:type="dxa"/>
            <w:tcBorders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8"/>
              </w:rPr>
              <w:t>Zákonný zástupce dítěte</w:t>
            </w:r>
          </w:p>
        </w:tc>
        <w:tc>
          <w:tcPr>
            <w:tcW w:w="5018" w:type="dxa"/>
            <w:tcBorders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8"/>
              </w:rPr>
              <w:t>Za Dětskou skupinu Klíček k radosti</w:t>
            </w:r>
          </w:p>
        </w:tc>
      </w:tr>
    </w:tbl>
    <w:sectPr>
      <w:footerReference w:type="even" r:id="rId5"/>
      <w:footerReference w:type="default" r:id="rId6"/>
      <w:footerReference w:type="first" r:id="rId7"/>
      <w:type w:val="nextPage"/>
      <w:pgSz w:w="11906" w:h="16838"/>
      <w:pgMar w:left="935" w:right="935" w:gutter="0" w:header="0" w:top="765" w:footer="340" w:bottom="82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E6E6E"/>
        <w:sz w:val="16"/>
      </w:rPr>
      <w:t xml:space="preserve">Radostná rodina, z. s. | Dětská skupina Klíček k radosti | strana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E6E6E"/>
        <w:sz w:val="16"/>
      </w:rPr>
      <w:t xml:space="preserve">Radostná rodina, z. s. | Dětská skupina Klíček k radosti | strana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59" w:before="0" w:after="80"/>
      <w:jc w:val="start"/>
    </w:pPr>
    <w:rPr>
      <w:rFonts w:ascii="Arial" w:hAnsi="Arial" w:eastAsia="ＭＳ 明朝" w:cs=""/>
      <w:color w:val="1E1E1E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160" w:after="8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91919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100" w:after="8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9191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8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8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8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8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8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8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8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8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8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8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dpis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FormLabel" w:customStyle="1">
    <w:name w:val="FormLabel"/>
    <w:qFormat/>
    <w:pPr>
      <w:widowControl/>
      <w:bidi w:val="0"/>
      <w:spacing w:lineRule="auto" w:line="276" w:before="0" w:after="40"/>
      <w:jc w:val="start"/>
    </w:pPr>
    <w:rPr>
      <w:rFonts w:ascii="Arial" w:hAnsi="Arial" w:eastAsia="ＭＳ 明朝" w:cs="" w:cstheme="minorBidi" w:eastAsiaTheme="minorEastAsia"/>
      <w:b/>
      <w:color w:val="auto"/>
      <w:kern w:val="0"/>
      <w:sz w:val="19"/>
      <w:szCs w:val="22"/>
      <w:lang w:val="en-US" w:eastAsia="en-US" w:bidi="ar-SA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LibreOffice/26.2.5.2$Windows_X86_64 LibreOffice_project/cd7284b4cbbfeb507e630c1aac019f4157393acb</Application>
  <AppVersion>15.0000</AppVersion>
  <Pages>4</Pages>
  <Words>484</Words>
  <Characters>3130</Characters>
  <CharactersWithSpaces>3544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Radostná rodina, z. s.</dc:creator>
  <dc:description/>
  <dc:language>cs-CZ</dc:language>
  <cp:lastModifiedBy/>
  <dcterms:modified xsi:type="dcterms:W3CDTF">2026-09-08T13:17:06Z</dcterms:modified>
  <cp:revision>2</cp:revision>
  <dc:subject>Dětská skupina Klíček k radosti</dc:subject>
  <dc:title>Evidenční list dítěte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