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8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4a0" w:firstRow="1" w:noVBand="1" w:lastRow="0" w:firstColumn="1" w:lastColumn="0" w:noHBand="0"/>
      </w:tblPr>
      <w:tblGrid>
        <w:gridCol w:w="2379"/>
        <w:gridCol w:w="7259"/>
      </w:tblGrid>
      <w:tr>
        <w:trPr/>
        <w:tc>
          <w:tcPr>
            <w:tcW w:w="2379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drawing>
                <wp:inline distT="0" distB="0" distL="0" distR="0">
                  <wp:extent cx="1080135" cy="108013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9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color w:val="222222"/>
                <w:sz w:val="30"/>
              </w:rPr>
              <w:t>RADOSTNÁ RODINA, z. s.</w:t>
            </w:r>
            <w:r>
              <w:rPr/>
              <w:br/>
            </w:r>
            <w:r>
              <w:rPr>
                <w:b/>
                <w:color w:val="222222"/>
                <w:sz w:val="19"/>
              </w:rPr>
              <w:t>Dětská skupina Klíček k radosti</w:t>
            </w:r>
            <w:r>
              <w:rPr/>
              <w:br/>
            </w:r>
            <w:r>
              <w:rPr>
                <w:b w:val="false"/>
                <w:color w:val="222222"/>
                <w:sz w:val="18"/>
              </w:rPr>
              <w:t>Hlavní 153/88, 691 06 Velké Pavlovice</w:t>
            </w:r>
            <w:r>
              <w:rPr/>
              <w:br/>
            </w:r>
            <w:r>
              <w:rPr>
                <w:b w:val="false"/>
                <w:color w:val="222222"/>
                <w:sz w:val="17"/>
              </w:rPr>
              <w:t>IČO 05701341 | radostnarodina@gmail.com | +420 773 085 163</w:t>
            </w:r>
            <w:r>
              <w:rPr/>
              <w:br/>
            </w:r>
            <w:r>
              <w:rPr>
                <w:b w:val="false"/>
                <w:color w:val="222222"/>
                <w:sz w:val="17"/>
              </w:rPr>
              <w:t>Datová schránka: svrapdh</w:t>
            </w:r>
            <w:r>
              <w:rPr/>
              <w:br/>
            </w:r>
            <w:r>
              <w:rPr>
                <w:b w:val="false"/>
                <w:color w:val="777777"/>
                <w:sz w:val="16"/>
              </w:rPr>
              <w:t>Doklad o vazbě na trh práce</w:t>
            </w:r>
          </w:p>
        </w:tc>
      </w:tr>
    </w:tbl>
    <w:p>
      <w:pPr>
        <w:pStyle w:val="Normal"/>
        <w:pBdr>
          <w:bottom w:val="single" w:sz="16" w:space="0" w:color="C8102E"/>
        </w:pBdr>
        <w:spacing w:lineRule="auto" w:line="240" w:before="40" w:after="60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>
          <w:b/>
          <w:color w:val="222222"/>
          <w:sz w:val="28"/>
        </w:rPr>
        <w:t>DOKLAD O VAZBĚ NA TRH PRÁCE</w:t>
      </w:r>
    </w:p>
    <w:p>
      <w:pPr>
        <w:pStyle w:val="Normal"/>
        <w:spacing w:lineRule="auto" w:line="240" w:before="0" w:after="60"/>
        <w:jc w:val="center"/>
        <w:rPr/>
      </w:pPr>
      <w:r>
        <w:rPr>
          <w:b w:val="false"/>
          <w:color w:val="666666"/>
          <w:sz w:val="18"/>
        </w:rPr>
        <w:t>pro účely evidence dítěte v dětské skupině</w:t>
      </w:r>
    </w:p>
    <w:p>
      <w:pPr>
        <w:pStyle w:val="Normal"/>
        <w:pBdr>
          <w:left w:val="single" w:sz="18" w:space="5" w:color="C8102E"/>
        </w:pBdr>
        <w:spacing w:lineRule="auto" w:line="240" w:before="60" w:after="40"/>
        <w:rPr/>
      </w:pPr>
      <w:r>
        <w:rPr>
          <w:b/>
          <w:color w:val="222222"/>
          <w:sz w:val="21"/>
        </w:rPr>
        <w:t>1. OSOBA DOKLÁDAJÍCÍ VAZBU NA TRH PRÁCE</w:t>
      </w:r>
    </w:p>
    <w:tbl>
      <w:tblPr>
        <w:tblW w:w="9637" w:type="dxa"/>
        <w:jc w:val="center"/>
        <w:tblInd w:w="0" w:type="dxa"/>
        <w:tblLayout w:type="fixed"/>
        <w:tblCellMar>
          <w:top w:w="55" w:type="dxa"/>
          <w:start w:w="75" w:type="dxa"/>
          <w:bottom w:w="55" w:type="dxa"/>
          <w:end w:w="75" w:type="dxa"/>
        </w:tblCellMar>
        <w:tblLook w:val="04a0" w:firstRow="1" w:noVBand="1" w:lastRow="0" w:firstColumn="1" w:lastColumn="0" w:noHBand="0"/>
      </w:tblPr>
      <w:tblGrid>
        <w:gridCol w:w="3628"/>
        <w:gridCol w:w="6009"/>
      </w:tblGrid>
      <w:tr>
        <w:trPr>
          <w:cantSplit/>
        </w:trPr>
        <w:tc>
          <w:tcPr>
            <w:tcW w:w="3628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6"/>
              </w:rPr>
              <w:t>Jméno a příjmení</w:t>
            </w:r>
          </w:p>
        </w:tc>
        <w:tc>
          <w:tcPr>
            <w:tcW w:w="6009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628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6"/>
              </w:rPr>
              <w:t>Datum narození</w:t>
            </w:r>
          </w:p>
        </w:tc>
        <w:tc>
          <w:tcPr>
            <w:tcW w:w="6009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628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6"/>
              </w:rPr>
              <w:t>Adresa trvalého pobytu</w:t>
            </w:r>
          </w:p>
        </w:tc>
        <w:tc>
          <w:tcPr>
            <w:tcW w:w="6009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628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6"/>
              </w:rPr>
              <w:t>Vztah k dítěti</w:t>
            </w:r>
          </w:p>
        </w:tc>
        <w:tc>
          <w:tcPr>
            <w:tcW w:w="6009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628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6"/>
              </w:rPr>
              <w:t>Jméno a příjmení dítěte</w:t>
            </w:r>
          </w:p>
        </w:tc>
        <w:tc>
          <w:tcPr>
            <w:tcW w:w="6009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pBdr>
          <w:left w:val="single" w:sz="18" w:space="5" w:color="C8102E"/>
        </w:pBdr>
        <w:spacing w:lineRule="auto" w:line="240" w:before="60" w:after="40"/>
        <w:rPr/>
      </w:pPr>
      <w:r>
        <w:rPr>
          <w:b/>
          <w:color w:val="222222"/>
          <w:sz w:val="21"/>
        </w:rPr>
        <w:t>2. ZPŮSOB DOLOŽENÍ VAZBY NA TRH PRÁCE</w:t>
      </w:r>
    </w:p>
    <w:tbl>
      <w:tblPr>
        <w:tblW w:w="9638" w:type="dxa"/>
        <w:jc w:val="center"/>
        <w:tblInd w:w="0" w:type="dxa"/>
        <w:tblLayout w:type="fixed"/>
        <w:tblCellMar>
          <w:top w:w="55" w:type="dxa"/>
          <w:start w:w="75" w:type="dxa"/>
          <w:bottom w:w="55" w:type="dxa"/>
          <w:end w:w="75" w:type="dxa"/>
        </w:tblCellMar>
        <w:tblLook w:val="04a0" w:firstRow="1" w:noVBand="1" w:lastRow="0" w:firstColumn="1" w:lastColumn="0" w:noHBand="0"/>
      </w:tblPr>
      <w:tblGrid>
        <w:gridCol w:w="5781"/>
        <w:gridCol w:w="3857"/>
      </w:tblGrid>
      <w:tr>
        <w:trPr>
          <w:cantSplit/>
        </w:trPr>
        <w:tc>
          <w:tcPr>
            <w:tcW w:w="5781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5"/>
              </w:rPr>
              <w:t>Zaměstnání / služební poměr / DPP / DPČ</w:t>
            </w:r>
          </w:p>
        </w:tc>
        <w:tc>
          <w:tcPr>
            <w:tcW w:w="3857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5"/>
              </w:rPr>
              <w:t>Potvrzení zaměstnavatele níže nebo jiný doklad o vztahu.</w:t>
            </w:r>
          </w:p>
        </w:tc>
      </w:tr>
      <w:tr>
        <w:trPr>
          <w:cantSplit/>
        </w:trPr>
        <w:tc>
          <w:tcPr>
            <w:tcW w:w="5781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5"/>
              </w:rPr>
              <w:t>Denní forma studia</w:t>
            </w:r>
          </w:p>
        </w:tc>
        <w:tc>
          <w:tcPr>
            <w:tcW w:w="3857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5"/>
              </w:rPr>
              <w:t>Příloha: potvrzení o studiu.</w:t>
            </w:r>
          </w:p>
        </w:tc>
      </w:tr>
      <w:tr>
        <w:trPr>
          <w:cantSplit/>
        </w:trPr>
        <w:tc>
          <w:tcPr>
            <w:tcW w:w="5781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5"/>
              </w:rPr>
              <w:t>Evidence uchazeče o zaměstnání</w:t>
            </w:r>
          </w:p>
        </w:tc>
        <w:tc>
          <w:tcPr>
            <w:tcW w:w="3857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5"/>
              </w:rPr>
              <w:t>Příloha: potvrzení Úřadu práce ČR.</w:t>
            </w:r>
          </w:p>
        </w:tc>
      </w:tr>
      <w:tr>
        <w:trPr>
          <w:cantSplit/>
        </w:trPr>
        <w:tc>
          <w:tcPr>
            <w:tcW w:w="5781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5"/>
              </w:rPr>
              <w:t>OSVČ s povinností platit zálohy na důchodové pojištění</w:t>
            </w:r>
          </w:p>
        </w:tc>
        <w:tc>
          <w:tcPr>
            <w:tcW w:w="3857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5"/>
              </w:rPr>
              <w:t>Čestné prohlášení níže.</w:t>
            </w:r>
          </w:p>
        </w:tc>
      </w:tr>
      <w:tr>
        <w:trPr>
          <w:cantSplit/>
        </w:trPr>
        <w:tc>
          <w:tcPr>
            <w:tcW w:w="5781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5"/>
              </w:rPr>
              <w:t>Povinnost platit pojistné na sociální zabezpečení mimo pracovněprávní vztah</w:t>
            </w:r>
          </w:p>
        </w:tc>
        <w:tc>
          <w:tcPr>
            <w:tcW w:w="3857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5"/>
              </w:rPr>
              <w:t>Čestné prohlášení níže.</w:t>
            </w:r>
          </w:p>
        </w:tc>
      </w:tr>
      <w:tr>
        <w:trPr>
          <w:cantSplit/>
        </w:trPr>
        <w:tc>
          <w:tcPr>
            <w:tcW w:w="5781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5"/>
              </w:rPr>
              <w:t>Péče o osobu blízkou ve II., III. nebo IV. stupni závislosti</w:t>
            </w:r>
          </w:p>
        </w:tc>
        <w:tc>
          <w:tcPr>
            <w:tcW w:w="3857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5"/>
              </w:rPr>
              <w:t>Příloha: potvrzení Úřadu práce ČR.</w:t>
            </w:r>
          </w:p>
        </w:tc>
      </w:tr>
    </w:tbl>
    <w:p>
      <w:pPr>
        <w:pStyle w:val="Normal"/>
        <w:pBdr>
          <w:left w:val="single" w:sz="18" w:space="5" w:color="C8102E"/>
        </w:pBdr>
        <w:spacing w:lineRule="auto" w:line="240" w:before="60" w:after="40"/>
        <w:rPr/>
      </w:pPr>
      <w:r>
        <w:rPr>
          <w:b/>
          <w:color w:val="222222"/>
          <w:sz w:val="21"/>
        </w:rPr>
        <w:t>3. POTVRZENÍ ZAMĚSTNAVATELE</w:t>
      </w:r>
    </w:p>
    <w:p>
      <w:pPr>
        <w:pStyle w:val="Normal"/>
        <w:spacing w:lineRule="auto" w:line="240" w:before="0" w:after="40"/>
        <w:rPr/>
      </w:pPr>
      <w:r>
        <w:rPr>
          <w:b w:val="false"/>
          <w:color w:val="666666"/>
          <w:sz w:val="16"/>
        </w:rPr>
        <w:t>Vyplňuje se pouze při pracovním poměru, DPP, DPČ nebo služebním poměru.</w:t>
      </w:r>
    </w:p>
    <w:tbl>
      <w:tblPr>
        <w:tblW w:w="9637" w:type="dxa"/>
        <w:jc w:val="center"/>
        <w:tblInd w:w="0" w:type="dxa"/>
        <w:tblLayout w:type="fixed"/>
        <w:tblCellMar>
          <w:top w:w="55" w:type="dxa"/>
          <w:start w:w="75" w:type="dxa"/>
          <w:bottom w:w="55" w:type="dxa"/>
          <w:end w:w="75" w:type="dxa"/>
        </w:tblCellMar>
        <w:tblLook w:val="04a0" w:firstRow="1" w:noVBand="1" w:lastRow="0" w:firstColumn="1" w:lastColumn="0" w:noHBand="0"/>
      </w:tblPr>
      <w:tblGrid>
        <w:gridCol w:w="3628"/>
        <w:gridCol w:w="6009"/>
      </w:tblGrid>
      <w:tr>
        <w:trPr>
          <w:cantSplit/>
        </w:trPr>
        <w:tc>
          <w:tcPr>
            <w:tcW w:w="3628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6"/>
              </w:rPr>
              <w:t>Název zaměstnavatele / IČO</w:t>
            </w:r>
          </w:p>
        </w:tc>
        <w:tc>
          <w:tcPr>
            <w:tcW w:w="6009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3628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6"/>
              </w:rPr>
              <w:t>Sídlo zaměstnavatele</w:t>
            </w:r>
          </w:p>
        </w:tc>
        <w:tc>
          <w:tcPr>
            <w:tcW w:w="6009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78" w:hRule="atLeast"/>
          <w:cantSplit/>
        </w:trPr>
        <w:tc>
          <w:tcPr>
            <w:tcW w:w="3628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6"/>
              </w:rPr>
              <w:t>Pracovněprávní vztah</w:t>
            </w:r>
          </w:p>
        </w:tc>
        <w:tc>
          <w:tcPr>
            <w:tcW w:w="6009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6"/>
              </w:rPr>
              <w:t>pracovní poměr   DPP   DPČ   služební poměr</w:t>
            </w:r>
          </w:p>
        </w:tc>
      </w:tr>
      <w:tr>
        <w:trPr>
          <w:cantSplit/>
        </w:trPr>
        <w:tc>
          <w:tcPr>
            <w:tcW w:w="3628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sz w:val="16"/>
              </w:rPr>
              <w:t>Trvání vztahu</w:t>
            </w:r>
          </w:p>
        </w:tc>
        <w:tc>
          <w:tcPr>
            <w:tcW w:w="6009" w:type="dxa"/>
            <w:tcBorders>
              <w:top w:val="single" w:sz="4" w:space="0" w:color="B7B7B7"/>
              <w:start w:val="single" w:sz="4" w:space="0" w:color="B7B7B7"/>
              <w:bottom w:val="single" w:sz="4" w:space="0" w:color="B7B7B7"/>
              <w:end w:val="single" w:sz="4" w:space="0" w:color="B7B7B7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16"/>
              </w:rPr>
              <w:t>od ______________  do ______________  /  na dobu neurčito</w:t>
            </w:r>
            <w:r>
              <w:rPr>
                <w:sz w:val="16"/>
              </w:rPr>
              <w:t>u</w:t>
            </w:r>
          </w:p>
          <w:p>
            <w:pPr>
              <w:pStyle w:val="Normal"/>
              <w:spacing w:lineRule="auto" w:line="240" w:before="0" w:after="0"/>
              <w:rPr>
                <w:sz w:val="16"/>
              </w:rPr>
            </w:pPr>
            <w:r>
              <w:rPr>
                <w:sz w:val="16"/>
              </w:rPr>
            </w:r>
          </w:p>
        </w:tc>
      </w:tr>
    </w:tbl>
    <w:p>
      <w:pPr>
        <w:pStyle w:val="Normal"/>
        <w:spacing w:lineRule="auto" w:line="240" w:before="20" w:after="20"/>
        <w:rPr>
          <w:rFonts w:ascii="Arial" w:hAnsi="Arial"/>
          <w:b w:val="false"/>
          <w:color w:val="222222"/>
          <w:sz w:val="16"/>
        </w:rPr>
      </w:pPr>
      <w:r>
        <w:rPr>
          <w:b w:val="false"/>
          <w:color w:val="222222"/>
          <w:sz w:val="16"/>
        </w:rPr>
      </w:r>
    </w:p>
    <w:p>
      <w:pPr>
        <w:pStyle w:val="Normal"/>
        <w:spacing w:lineRule="auto" w:line="240" w:before="20" w:after="20"/>
        <w:rPr>
          <w:rFonts w:ascii="Arial" w:hAnsi="Arial"/>
          <w:b w:val="false"/>
          <w:color w:val="222222"/>
          <w:sz w:val="16"/>
        </w:rPr>
      </w:pPr>
      <w:r>
        <w:rPr>
          <w:b w:val="false"/>
          <w:color w:val="222222"/>
          <w:sz w:val="16"/>
        </w:rPr>
        <w:t>Potvrzuji, že výše uvedená osoba je u zaměstnavatele v uvedeném pracovněprávním nebo služebním vztahu.</w:t>
      </w:r>
    </w:p>
    <w:p>
      <w:pPr>
        <w:pStyle w:val="Normal"/>
        <w:spacing w:lineRule="auto" w:line="240" w:before="0" w:after="20"/>
        <w:rPr>
          <w:rFonts w:ascii="Arial" w:hAnsi="Arial"/>
          <w:b w:val="false"/>
          <w:color w:val="222222"/>
          <w:sz w:val="16"/>
        </w:rPr>
      </w:pPr>
      <w:r>
        <w:rPr>
          <w:b w:val="false"/>
          <w:color w:val="222222"/>
          <w:sz w:val="16"/>
        </w:rPr>
      </w:r>
    </w:p>
    <w:p>
      <w:pPr>
        <w:pStyle w:val="Normal"/>
        <w:spacing w:lineRule="auto" w:line="240" w:before="0" w:after="20"/>
        <w:rPr>
          <w:rFonts w:ascii="Arial" w:hAnsi="Arial"/>
          <w:b w:val="false"/>
          <w:color w:val="222222"/>
          <w:sz w:val="16"/>
        </w:rPr>
      </w:pPr>
      <w:r>
        <w:rPr>
          <w:b w:val="false"/>
          <w:color w:val="222222"/>
          <w:sz w:val="16"/>
        </w:rPr>
      </w:r>
    </w:p>
    <w:p>
      <w:pPr>
        <w:pStyle w:val="Normal"/>
        <w:spacing w:lineRule="auto" w:line="240" w:before="0" w:after="20"/>
        <w:rPr>
          <w:rFonts w:ascii="Arial" w:hAnsi="Arial"/>
          <w:b w:val="false"/>
          <w:color w:val="222222"/>
          <w:sz w:val="16"/>
        </w:rPr>
      </w:pPr>
      <w:r>
        <w:rPr>
          <w:b w:val="false"/>
          <w:color w:val="222222"/>
          <w:sz w:val="16"/>
        </w:rPr>
        <w:t>V __________________ dne ______________   Jméno a funkce potvrzující osoby: ______________________________</w:t>
      </w:r>
    </w:p>
    <w:p>
      <w:pPr>
        <w:pStyle w:val="Normal"/>
        <w:spacing w:lineRule="auto" w:line="240" w:before="0" w:after="40"/>
        <w:rPr>
          <w:rFonts w:ascii="Arial" w:hAnsi="Arial"/>
          <w:b w:val="false"/>
          <w:color w:val="222222"/>
          <w:sz w:val="16"/>
        </w:rPr>
      </w:pPr>
      <w:r>
        <w:rPr>
          <w:b w:val="false"/>
          <w:color w:val="222222"/>
          <w:sz w:val="16"/>
        </w:rPr>
      </w:r>
    </w:p>
    <w:p>
      <w:pPr>
        <w:pStyle w:val="Normal"/>
        <w:spacing w:lineRule="auto" w:line="240" w:before="0" w:after="40"/>
        <w:rPr>
          <w:rFonts w:ascii="Arial" w:hAnsi="Arial"/>
          <w:b w:val="false"/>
          <w:color w:val="222222"/>
          <w:sz w:val="16"/>
        </w:rPr>
      </w:pPr>
      <w:r>
        <w:rPr>
          <w:b w:val="false"/>
          <w:color w:val="222222"/>
          <w:sz w:val="16"/>
        </w:rPr>
      </w:r>
    </w:p>
    <w:p>
      <w:pPr>
        <w:pStyle w:val="Normal"/>
        <w:spacing w:lineRule="auto" w:line="240" w:before="0" w:after="40"/>
        <w:rPr>
          <w:rFonts w:ascii="Arial" w:hAnsi="Arial"/>
          <w:b w:val="false"/>
          <w:color w:val="222222"/>
          <w:sz w:val="16"/>
        </w:rPr>
      </w:pPr>
      <w:r>
        <w:rPr>
          <w:b w:val="false"/>
          <w:color w:val="222222"/>
          <w:sz w:val="16"/>
        </w:rPr>
        <w:t>Podpis: _______________________________________   Razítko (je-li používáno): ______________________________</w:t>
      </w:r>
    </w:p>
    <w:p>
      <w:pPr>
        <w:pStyle w:val="Normal"/>
        <w:pBdr>
          <w:left w:val="single" w:sz="18" w:space="5" w:color="C8102E"/>
        </w:pBdr>
        <w:spacing w:lineRule="auto" w:line="240" w:before="60" w:after="40"/>
        <w:rPr/>
      </w:pPr>
      <w:r>
        <w:rPr>
          <w:b/>
          <w:color w:val="222222"/>
          <w:sz w:val="21"/>
        </w:rPr>
        <w:t>4. ČESTNÉ PROHLÁŠENÍ</w:t>
      </w:r>
    </w:p>
    <w:p>
      <w:pPr>
        <w:pStyle w:val="Normal"/>
        <w:spacing w:lineRule="auto" w:line="240" w:before="0" w:after="20"/>
        <w:rPr/>
      </w:pPr>
      <w:r>
        <w:rPr>
          <w:b w:val="false"/>
          <w:color w:val="222222"/>
          <w:sz w:val="16"/>
        </w:rPr>
        <w:t>Jako OSVČ mám povinnost platit zálohy na pojistné na důchodové pojištění a příspěvek na státní politiku zaměstnanosti.</w:t>
      </w:r>
    </w:p>
    <w:p>
      <w:pPr>
        <w:pStyle w:val="Normal"/>
        <w:spacing w:lineRule="auto" w:line="240" w:before="0" w:after="20"/>
        <w:rPr>
          <w:rFonts w:ascii="Arial" w:hAnsi="Arial"/>
          <w:b w:val="false"/>
          <w:color w:val="222222"/>
          <w:sz w:val="16"/>
        </w:rPr>
      </w:pPr>
      <w:r>
        <w:rPr>
          <w:b w:val="false"/>
          <w:color w:val="222222"/>
          <w:sz w:val="16"/>
        </w:rPr>
        <w:t>Mám povinnost platit pojistné na sociální zabezpečení a nejsem v základním pracovněprávním vztahu ani služebním poměru.</w:t>
      </w:r>
    </w:p>
    <w:p>
      <w:pPr>
        <w:pStyle w:val="Normal"/>
        <w:spacing w:lineRule="auto" w:line="240" w:before="0" w:after="20"/>
        <w:rPr>
          <w:rFonts w:ascii="Arial" w:hAnsi="Arial"/>
          <w:b w:val="false"/>
          <w:color w:val="222222"/>
          <w:sz w:val="16"/>
        </w:rPr>
      </w:pPr>
      <w:r>
        <w:rPr>
          <w:b w:val="false"/>
          <w:color w:val="222222"/>
          <w:sz w:val="16"/>
        </w:rPr>
      </w:r>
    </w:p>
    <w:p>
      <w:pPr>
        <w:pStyle w:val="Normal"/>
        <w:spacing w:lineRule="auto" w:line="240" w:before="0" w:after="20"/>
        <w:rPr>
          <w:rFonts w:ascii="Arial" w:hAnsi="Arial"/>
          <w:b w:val="false"/>
          <w:color w:val="222222"/>
          <w:sz w:val="16"/>
        </w:rPr>
      </w:pPr>
      <w:r>
        <w:rPr>
          <w:b w:val="false"/>
          <w:color w:val="222222"/>
          <w:sz w:val="16"/>
        </w:rPr>
      </w:r>
    </w:p>
    <w:p>
      <w:pPr>
        <w:pStyle w:val="Normal"/>
        <w:spacing w:lineRule="auto" w:line="240" w:before="0" w:after="40"/>
        <w:rPr/>
      </w:pPr>
      <w:r>
        <w:rPr>
          <w:b w:val="false"/>
          <w:color w:val="222222"/>
          <w:sz w:val="16"/>
        </w:rPr>
        <w:t>V __________________ dne ______________   Podpis osoby: ______________________________________________</w:t>
      </w:r>
    </w:p>
    <w:p>
      <w:pPr>
        <w:pStyle w:val="Normal"/>
        <w:spacing w:lineRule="auto" w:line="240" w:before="40" w:after="0"/>
        <w:rPr/>
      </w:pPr>
      <w:r>
        <w:rPr>
          <w:b/>
          <w:color w:val="666666"/>
          <w:sz w:val="14"/>
        </w:rPr>
        <w:t xml:space="preserve">Pozn.: </w:t>
      </w:r>
      <w:r>
        <w:rPr>
          <w:b w:val="false"/>
          <w:color w:val="666666"/>
          <w:sz w:val="14"/>
        </w:rPr>
        <w:t>Doklad se vede v evidenci dítěte, pokud dítě obsazuje místo, na které poskytovatel žádá o příspěvek na provoz DS. Změnu skutečností rozhodných pro vazbu na trh práce je třeba doložit do 10 dnů.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850" w:right="850" w:gutter="0" w:header="0" w:top="567" w:footer="283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 w:before="0" w:after="0"/>
      <w:jc w:val="center"/>
      <w:rPr/>
    </w:pPr>
    <w:r>
      <w:rPr>
        <w:b w:val="false"/>
        <w:color w:val="777777"/>
        <w:sz w:val="15"/>
      </w:rPr>
      <w:t>Radostná rodina, z. s. | Dětská skupina Klíček k radosti | verze 09/2026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 w:before="0" w:after="0"/>
      <w:jc w:val="center"/>
      <w:rPr/>
    </w:pPr>
    <w:r>
      <w:rPr>
        <w:b w:val="false"/>
        <w:color w:val="777777"/>
        <w:sz w:val="15"/>
      </w:rPr>
      <w:t>Radostná rodina, z. s. | Dětská skupina Klíček k radosti | verze 09/2026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40"/>
      <w:jc w:val="start"/>
    </w:pPr>
    <w:rPr>
      <w:rFonts w:ascii="Arial" w:hAnsi="Arial" w:eastAsia="" w:cs="" w:cstheme="minorBidi" w:eastAsiaTheme="minorEastAsia"/>
      <w:color w:val="auto"/>
      <w:kern w:val="0"/>
      <w:sz w:val="18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4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4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4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4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4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4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4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4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4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4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dpis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LibreOffice/26.2.5.2$Windows_X86_64 LibreOffice_project/cd7284b4cbbfeb507e630c1aac019f4157393acb</Application>
  <AppVersion>15.0000</AppVersion>
  <Pages>1</Pages>
  <Words>317</Words>
  <Characters>1916</Characters>
  <CharactersWithSpaces>2208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Radostná rodina, z. s.</dc:creator>
  <dc:description>generated by python-docx</dc:description>
  <dc:language>cs-CZ</dc:language>
  <cp:lastModifiedBy/>
  <cp:lastPrinted>2026-09-08T12:54:26Z</cp:lastPrinted>
  <dcterms:modified xsi:type="dcterms:W3CDTF">2026-09-08T15:29:54Z</dcterms:modified>
  <cp:revision>3</cp:revision>
  <dc:subject/>
  <dc:title>Doklad o vazbě na trh práce - Dětská skupina Klíček k radosti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